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8E7FC" w14:textId="54E87CD9" w:rsidR="0035195F" w:rsidRPr="0035195F" w:rsidRDefault="00000000" w:rsidP="00AB0AE5">
      <w:pPr>
        <w:pStyle w:val="Heading1"/>
        <w:spacing w:before="0"/>
        <w:rPr>
          <w:rFonts w:ascii="Arial" w:hAnsi="Arial" w:cs="Arial"/>
          <w:color w:val="auto"/>
          <w:sz w:val="32"/>
          <w:szCs w:val="32"/>
        </w:rPr>
      </w:pPr>
      <w:r w:rsidRPr="0035195F">
        <w:rPr>
          <w:rFonts w:ascii="Arial" w:hAnsi="Arial" w:cs="Arial"/>
          <w:color w:val="auto"/>
          <w:sz w:val="32"/>
          <w:szCs w:val="32"/>
        </w:rPr>
        <w:t>Post-Leave Handover Form</w:t>
      </w:r>
    </w:p>
    <w:p w14:paraId="43ABF48C" w14:textId="2E24AFE9" w:rsidR="002A45FA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9260D3" w:rsidRPr="0035195F">
        <w:rPr>
          <w:rFonts w:ascii="Arial" w:hAnsi="Arial" w:cs="Arial"/>
          <w:sz w:val="24"/>
          <w:szCs w:val="24"/>
        </w:rPr>
        <w:t>arent</w:t>
      </w:r>
      <w:r>
        <w:rPr>
          <w:rFonts w:ascii="Arial" w:hAnsi="Arial" w:cs="Arial"/>
          <w:sz w:val="24"/>
          <w:szCs w:val="24"/>
        </w:rPr>
        <w:t>s</w:t>
      </w:r>
      <w:r w:rsidR="009260D3" w:rsidRPr="0035195F">
        <w:rPr>
          <w:rFonts w:ascii="Arial" w:hAnsi="Arial" w:cs="Arial"/>
          <w:sz w:val="24"/>
          <w:szCs w:val="24"/>
        </w:rPr>
        <w:t>/carer</w:t>
      </w:r>
      <w:r>
        <w:rPr>
          <w:rFonts w:ascii="Arial" w:hAnsi="Arial" w:cs="Arial"/>
          <w:sz w:val="24"/>
          <w:szCs w:val="24"/>
        </w:rPr>
        <w:t>s are to</w:t>
      </w:r>
      <w:r w:rsidR="009260D3" w:rsidRPr="0035195F">
        <w:rPr>
          <w:rFonts w:ascii="Arial" w:hAnsi="Arial" w:cs="Arial"/>
          <w:sz w:val="24"/>
          <w:szCs w:val="24"/>
        </w:rPr>
        <w:t xml:space="preserve"> complete </w:t>
      </w:r>
      <w:r>
        <w:rPr>
          <w:rFonts w:ascii="Arial" w:hAnsi="Arial" w:cs="Arial"/>
          <w:sz w:val="24"/>
          <w:szCs w:val="24"/>
        </w:rPr>
        <w:t xml:space="preserve">this form </w:t>
      </w:r>
      <w:r w:rsidR="009260D3" w:rsidRPr="0035195F">
        <w:rPr>
          <w:rFonts w:ascii="Arial" w:hAnsi="Arial" w:cs="Arial"/>
          <w:sz w:val="24"/>
          <w:szCs w:val="24"/>
        </w:rPr>
        <w:t>following home leave, half term, or other absence.</w:t>
      </w:r>
    </w:p>
    <w:p w14:paraId="519CB734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36D17D7F" w14:textId="73AD121C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Tick if no handover is required:</w:t>
      </w:r>
    </w:p>
    <w:p w14:paraId="148F5C25" w14:textId="042D29A0" w:rsidR="00AB0AE5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No handover required – everything remains unchanged.</w:t>
      </w:r>
    </w:p>
    <w:p w14:paraId="47FDEE55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248FF16C" w14:textId="5ACEBB8D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1. Health &amp; Medical Updates</w:t>
      </w:r>
    </w:p>
    <w:p w14:paraId="412D7C13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recent illnesses, injuries, or hospital visits?</w:t>
      </w:r>
    </w:p>
    <w:p w14:paraId="08FDB574" w14:textId="36EED2F8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 w:rsidR="0035195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47D9AF73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0826E0BC" w14:textId="2B110AD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changes to diagnosed health conditions?</w:t>
      </w:r>
    </w:p>
    <w:p w14:paraId="56884B9C" w14:textId="358A5A04" w:rsidR="002A45FA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1CA9AE72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45C98C2B" w14:textId="052CA459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new or upcoming appointments with GPs, consultants, or specialists?</w:t>
      </w:r>
    </w:p>
    <w:p w14:paraId="17AC0C02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7A041B20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0E2731C4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59F4AA81" w14:textId="0A9195A9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2. Medication</w:t>
      </w:r>
    </w:p>
    <w:p w14:paraId="1A3DF5A6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changes to prescribed medication or dosage?</w:t>
      </w:r>
    </w:p>
    <w:p w14:paraId="3E555B87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51B21788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339EBAFD" w14:textId="10ACD69E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missed doses or issues during leave?</w:t>
      </w:r>
    </w:p>
    <w:p w14:paraId="6BA529B9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2DA5A177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7EB5C400" w14:textId="383D95B9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 xml:space="preserve">Medication sent back with young adult? </w:t>
      </w: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Yes </w:t>
      </w: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No </w:t>
      </w: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N/A</w:t>
      </w:r>
    </w:p>
    <w:p w14:paraId="3F993169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4BBC7CFC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1E2D3B8C" w14:textId="73096D8C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3. Consultants / Specialist Services</w:t>
      </w:r>
    </w:p>
    <w:p w14:paraId="485233F7" w14:textId="2085AF5C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recent or upcoming appointments with professionals (e.g. CAMHS, OT, SALT, physiotherapy, dietitian)?</w:t>
      </w:r>
    </w:p>
    <w:p w14:paraId="3A3E9CB0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217016FC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6630FE60" w14:textId="1913A365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reports, assessments, or feedback received?</w:t>
      </w:r>
    </w:p>
    <w:p w14:paraId="009B9B85" w14:textId="15D826FD" w:rsidR="002A45FA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68A4D24F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29499125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6CA9ED58" w14:textId="16252001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4. Behaviour &amp; Emotional Wellbeing</w:t>
      </w:r>
    </w:p>
    <w:p w14:paraId="4E03335E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changes in behaviour observed during leave?</w:t>
      </w:r>
    </w:p>
    <w:p w14:paraId="205C87F0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116C95AF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1EF2CA53" w14:textId="0651F690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emotional concerns, triggers, or incidents?</w:t>
      </w:r>
    </w:p>
    <w:p w14:paraId="18D7B55E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411BEBFC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72072E77" w14:textId="0DB703DD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Strategies or approaches that worked well at home:</w:t>
      </w:r>
    </w:p>
    <w:p w14:paraId="26558CF3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0DE70E48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61A7F7C3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2E62C043" w14:textId="741B9820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5. Work Experience / Employment</w:t>
      </w:r>
    </w:p>
    <w:p w14:paraId="1D76A90D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updates or changes to work experience or job placements?</w:t>
      </w:r>
    </w:p>
    <w:p w14:paraId="6C4021F9" w14:textId="1243A704" w:rsidR="002A45FA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327C39AC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73644DE2" w14:textId="03D8E2AA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feedback from employer, supervisor, or mentor?</w:t>
      </w:r>
    </w:p>
    <w:p w14:paraId="486AEFD6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lastRenderedPageBreak/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13FAE8C7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6056E126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05DB490F" w14:textId="5534A97C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6. Activities &amp; Engagement</w:t>
      </w:r>
    </w:p>
    <w:p w14:paraId="488E6C29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Activities enjoyed during leave:</w:t>
      </w:r>
    </w:p>
    <w:p w14:paraId="497FC51A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587BB7C0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75DEBE1E" w14:textId="00084640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new interests, hobbies, or skills developed?</w:t>
      </w:r>
    </w:p>
    <w:p w14:paraId="45B9408D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018C95FA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4A607D54" w14:textId="1D452AED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difficulties with motivation or participation?</w:t>
      </w:r>
    </w:p>
    <w:p w14:paraId="72B4DF0C" w14:textId="5D160A85" w:rsidR="002A45FA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18CD4CDB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7EA5C9B4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1FDDBFE7" w14:textId="170A3BD3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7. Safeguarding</w:t>
      </w:r>
    </w:p>
    <w:p w14:paraId="1917D42A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disclosures made during leave?</w:t>
      </w:r>
    </w:p>
    <w:p w14:paraId="319E6DAE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34ABE961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3E9A22D1" w14:textId="393801DA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concerns raised by the young adult or others?</w:t>
      </w:r>
    </w:p>
    <w:p w14:paraId="3A367F8C" w14:textId="0B2F47EA" w:rsidR="002A45FA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1F55343A" w14:textId="77777777" w:rsidR="00AB0AE5" w:rsidRDefault="00AB0AE5" w:rsidP="00AB0AE5">
      <w:pPr>
        <w:spacing w:after="0"/>
        <w:rPr>
          <w:rFonts w:ascii="Arial" w:hAnsi="Arial" w:cs="Arial"/>
          <w:sz w:val="24"/>
          <w:szCs w:val="24"/>
        </w:rPr>
      </w:pPr>
    </w:p>
    <w:p w14:paraId="57C7EC9C" w14:textId="4224F845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 changes in home environment or relationships that may impact wellbeing?</w:t>
      </w:r>
    </w:p>
    <w:p w14:paraId="2FE69BC6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6FCBE934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30E1FA43" w14:textId="77777777" w:rsidR="00AB0AE5" w:rsidRDefault="00AB0AE5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708CF799" w14:textId="7CBE702A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8. General Wellbeing &amp; Other Notes</w:t>
      </w:r>
    </w:p>
    <w:p w14:paraId="6B038C16" w14:textId="7F6C28A6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Sleep patterns: _____________________________________</w:t>
      </w:r>
      <w:r w:rsidR="0035195F">
        <w:rPr>
          <w:rFonts w:ascii="Arial" w:hAnsi="Arial" w:cs="Arial"/>
          <w:sz w:val="24"/>
          <w:szCs w:val="24"/>
        </w:rPr>
        <w:t>______________</w:t>
      </w:r>
    </w:p>
    <w:p w14:paraId="02220A3A" w14:textId="2159765D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Eating habits: ______________________________________</w:t>
      </w:r>
      <w:r w:rsidR="0035195F">
        <w:rPr>
          <w:rFonts w:ascii="Arial" w:hAnsi="Arial" w:cs="Arial"/>
          <w:sz w:val="24"/>
          <w:szCs w:val="24"/>
        </w:rPr>
        <w:t>______________</w:t>
      </w:r>
    </w:p>
    <w:p w14:paraId="6EEF0BA3" w14:textId="76310186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Social interactions: _________________________________</w:t>
      </w:r>
      <w:r w:rsidR="0035195F">
        <w:rPr>
          <w:rFonts w:ascii="Arial" w:hAnsi="Arial" w:cs="Arial"/>
          <w:sz w:val="24"/>
          <w:szCs w:val="24"/>
        </w:rPr>
        <w:t>_______________</w:t>
      </w:r>
    </w:p>
    <w:p w14:paraId="639E71BD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Anything else we should be aware of:</w:t>
      </w:r>
    </w:p>
    <w:p w14:paraId="1500B317" w14:textId="77777777" w:rsidR="0035195F" w:rsidRPr="0035195F" w:rsidRDefault="0035195F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</w:t>
      </w:r>
    </w:p>
    <w:p w14:paraId="0C1689D5" w14:textId="77777777" w:rsidR="00B5168B" w:rsidRDefault="00B5168B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73628692" w14:textId="77777777" w:rsidR="00B5168B" w:rsidRDefault="00B5168B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1714624B" w14:textId="57B26F3E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9. Follow-Up Request</w:t>
      </w:r>
    </w:p>
    <w:p w14:paraId="040B966A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Would you like the House Manager to discuss any part of this handover further?</w:t>
      </w:r>
    </w:p>
    <w:p w14:paraId="4B9618B4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Yes – please contact me</w:t>
      </w:r>
    </w:p>
    <w:p w14:paraId="583E9412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No follow-up required</w:t>
      </w:r>
    </w:p>
    <w:p w14:paraId="73C358D8" w14:textId="18BDB820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 xml:space="preserve">Preferred contact method: </w:t>
      </w: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Phone </w:t>
      </w: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Email </w:t>
      </w:r>
      <w:r w:rsidRPr="0035195F">
        <w:rPr>
          <w:rFonts w:ascii="Segoe UI Symbol" w:hAnsi="Segoe UI Symbol" w:cs="Segoe UI Symbol"/>
          <w:sz w:val="24"/>
          <w:szCs w:val="24"/>
        </w:rPr>
        <w:t>☐</w:t>
      </w:r>
      <w:r w:rsidRPr="0035195F">
        <w:rPr>
          <w:rFonts w:ascii="Arial" w:hAnsi="Arial" w:cs="Arial"/>
          <w:sz w:val="24"/>
          <w:szCs w:val="24"/>
        </w:rPr>
        <w:t xml:space="preserve"> In person</w:t>
      </w:r>
      <w:r w:rsidR="009260D3" w:rsidRPr="0035195F">
        <w:rPr>
          <w:rFonts w:ascii="Arial" w:hAnsi="Arial" w:cs="Arial"/>
          <w:sz w:val="24"/>
          <w:szCs w:val="24"/>
        </w:rPr>
        <w:t xml:space="preserve"> </w:t>
      </w:r>
      <w:r w:rsidR="0035195F" w:rsidRPr="0035195F">
        <w:rPr>
          <w:rFonts w:ascii="Segoe UI Symbol" w:hAnsi="Segoe UI Symbol" w:cs="Segoe UI Symbol"/>
          <w:sz w:val="24"/>
          <w:szCs w:val="24"/>
        </w:rPr>
        <w:t>☐</w:t>
      </w:r>
      <w:r w:rsidR="0035195F">
        <w:rPr>
          <w:rFonts w:ascii="Segoe UI Symbol" w:hAnsi="Segoe UI Symbol" w:cs="Segoe UI Symbol"/>
          <w:sz w:val="24"/>
          <w:szCs w:val="24"/>
        </w:rPr>
        <w:t xml:space="preserve"> </w:t>
      </w:r>
      <w:r w:rsidR="0035195F">
        <w:rPr>
          <w:rFonts w:ascii="Arial" w:hAnsi="Arial" w:cs="Arial"/>
          <w:sz w:val="24"/>
          <w:szCs w:val="24"/>
        </w:rPr>
        <w:t>V</w:t>
      </w:r>
      <w:r w:rsidR="009260D3" w:rsidRPr="0035195F">
        <w:rPr>
          <w:rFonts w:ascii="Arial" w:hAnsi="Arial" w:cs="Arial"/>
          <w:sz w:val="24"/>
          <w:szCs w:val="24"/>
        </w:rPr>
        <w:t>ia TEAMS</w:t>
      </w:r>
    </w:p>
    <w:p w14:paraId="28343C4C" w14:textId="77777777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Contact details (if different from usual):</w:t>
      </w:r>
    </w:p>
    <w:p w14:paraId="30D27734" w14:textId="77777777" w:rsidR="00B5168B" w:rsidRPr="0035195F" w:rsidRDefault="00B5168B" w:rsidP="00B5168B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73AF5E6B" w14:textId="77777777" w:rsidR="00B5168B" w:rsidRDefault="00B5168B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</w:p>
    <w:p w14:paraId="7F4F1ACE" w14:textId="77777777" w:rsidR="00B5168B" w:rsidRPr="00B5168B" w:rsidRDefault="00B5168B" w:rsidP="00B5168B"/>
    <w:p w14:paraId="706EDC46" w14:textId="5F87B172" w:rsidR="002A45FA" w:rsidRPr="0035195F" w:rsidRDefault="00000000" w:rsidP="00AB0AE5">
      <w:pPr>
        <w:pStyle w:val="Heading2"/>
        <w:spacing w:before="0"/>
        <w:rPr>
          <w:rFonts w:ascii="Arial" w:hAnsi="Arial" w:cs="Arial"/>
          <w:color w:val="auto"/>
          <w:sz w:val="24"/>
          <w:szCs w:val="24"/>
        </w:rPr>
      </w:pPr>
      <w:r w:rsidRPr="0035195F">
        <w:rPr>
          <w:rFonts w:ascii="Arial" w:hAnsi="Arial" w:cs="Arial"/>
          <w:color w:val="auto"/>
          <w:sz w:val="24"/>
          <w:szCs w:val="24"/>
        </w:rPr>
        <w:t>10. Signature &amp; Date</w:t>
      </w:r>
    </w:p>
    <w:p w14:paraId="68056FA0" w14:textId="3CE1AFC4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Signed by (Parent/Carer): ___________________________</w:t>
      </w:r>
      <w:r w:rsidR="00B5168B">
        <w:rPr>
          <w:rFonts w:ascii="Arial" w:hAnsi="Arial" w:cs="Arial"/>
          <w:sz w:val="24"/>
          <w:szCs w:val="24"/>
        </w:rPr>
        <w:t>__</w:t>
      </w:r>
    </w:p>
    <w:p w14:paraId="677D0AE4" w14:textId="77777777" w:rsidR="00B5168B" w:rsidRDefault="00B5168B" w:rsidP="00AB0AE5">
      <w:pPr>
        <w:spacing w:after="0"/>
        <w:rPr>
          <w:rFonts w:ascii="Arial" w:hAnsi="Arial" w:cs="Arial"/>
          <w:sz w:val="24"/>
          <w:szCs w:val="24"/>
        </w:rPr>
      </w:pPr>
    </w:p>
    <w:p w14:paraId="33983341" w14:textId="6CA3EB0C" w:rsidR="002A45FA" w:rsidRPr="0035195F" w:rsidRDefault="00000000" w:rsidP="00AB0AE5">
      <w:pPr>
        <w:spacing w:after="0"/>
        <w:rPr>
          <w:rFonts w:ascii="Arial" w:hAnsi="Arial" w:cs="Arial"/>
          <w:sz w:val="24"/>
          <w:szCs w:val="24"/>
        </w:rPr>
      </w:pPr>
      <w:r w:rsidRPr="0035195F">
        <w:rPr>
          <w:rFonts w:ascii="Arial" w:hAnsi="Arial" w:cs="Arial"/>
          <w:sz w:val="24"/>
          <w:szCs w:val="24"/>
        </w:rPr>
        <w:t>Date: ___________________________</w:t>
      </w:r>
      <w:r w:rsidR="00B5168B">
        <w:rPr>
          <w:rFonts w:ascii="Arial" w:hAnsi="Arial" w:cs="Arial"/>
          <w:sz w:val="24"/>
          <w:szCs w:val="24"/>
        </w:rPr>
        <w:t>__</w:t>
      </w:r>
    </w:p>
    <w:sectPr w:rsidR="002A45FA" w:rsidRPr="0035195F" w:rsidSect="0035195F">
      <w:headerReference w:type="first" r:id="rId8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CD55A" w14:textId="77777777" w:rsidR="00C1081B" w:rsidRDefault="00C1081B" w:rsidP="0035195F">
      <w:pPr>
        <w:spacing w:after="0" w:line="240" w:lineRule="auto"/>
      </w:pPr>
      <w:r>
        <w:separator/>
      </w:r>
    </w:p>
  </w:endnote>
  <w:endnote w:type="continuationSeparator" w:id="0">
    <w:p w14:paraId="218388DC" w14:textId="77777777" w:rsidR="00C1081B" w:rsidRDefault="00C1081B" w:rsidP="00351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9FEBE" w14:textId="77777777" w:rsidR="00C1081B" w:rsidRDefault="00C1081B" w:rsidP="0035195F">
      <w:pPr>
        <w:spacing w:after="0" w:line="240" w:lineRule="auto"/>
      </w:pPr>
      <w:r>
        <w:separator/>
      </w:r>
    </w:p>
  </w:footnote>
  <w:footnote w:type="continuationSeparator" w:id="0">
    <w:p w14:paraId="391298E6" w14:textId="77777777" w:rsidR="00C1081B" w:rsidRDefault="00C1081B" w:rsidP="00351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07A75" w14:textId="27683604" w:rsidR="0035195F" w:rsidRDefault="0035195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3ED0082" wp14:editId="26B2A779">
          <wp:simplePos x="0" y="0"/>
          <wp:positionH relativeFrom="column">
            <wp:posOffset>3706495</wp:posOffset>
          </wp:positionH>
          <wp:positionV relativeFrom="paragraph">
            <wp:posOffset>-223520</wp:posOffset>
          </wp:positionV>
          <wp:extent cx="2633345" cy="565785"/>
          <wp:effectExtent l="0" t="0" r="0" b="5715"/>
          <wp:wrapSquare wrapText="bothSides"/>
          <wp:docPr id="216593595" name="Picture 1" descr="A black and orange sign with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593595" name="Picture 1" descr="A black and orange sign with white text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3345" cy="565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82766951">
    <w:abstractNumId w:val="8"/>
  </w:num>
  <w:num w:numId="2" w16cid:durableId="1868249106">
    <w:abstractNumId w:val="6"/>
  </w:num>
  <w:num w:numId="3" w16cid:durableId="676425795">
    <w:abstractNumId w:val="5"/>
  </w:num>
  <w:num w:numId="4" w16cid:durableId="1529100770">
    <w:abstractNumId w:val="4"/>
  </w:num>
  <w:num w:numId="5" w16cid:durableId="2108382120">
    <w:abstractNumId w:val="7"/>
  </w:num>
  <w:num w:numId="6" w16cid:durableId="332494457">
    <w:abstractNumId w:val="3"/>
  </w:num>
  <w:num w:numId="7" w16cid:durableId="1604149742">
    <w:abstractNumId w:val="2"/>
  </w:num>
  <w:num w:numId="8" w16cid:durableId="525364929">
    <w:abstractNumId w:val="1"/>
  </w:num>
  <w:num w:numId="9" w16cid:durableId="1608586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7903"/>
    <w:rsid w:val="0029639D"/>
    <w:rsid w:val="002A45FA"/>
    <w:rsid w:val="00326F90"/>
    <w:rsid w:val="0035195F"/>
    <w:rsid w:val="00672B7B"/>
    <w:rsid w:val="00922C55"/>
    <w:rsid w:val="009260D3"/>
    <w:rsid w:val="00AA1D8D"/>
    <w:rsid w:val="00AB0AE5"/>
    <w:rsid w:val="00B47730"/>
    <w:rsid w:val="00B5168B"/>
    <w:rsid w:val="00C1081B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A657BD"/>
  <w14:defaultImageDpi w14:val="300"/>
  <w15:docId w15:val="{E328FACE-52F5-415B-9E49-E366B63A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572</Words>
  <Characters>5256</Characters>
  <Application>Microsoft Office Word</Application>
  <DocSecurity>0</DocSecurity>
  <Lines>125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David Bates</cp:lastModifiedBy>
  <cp:revision>6</cp:revision>
  <dcterms:created xsi:type="dcterms:W3CDTF">2013-12-23T23:15:00Z</dcterms:created>
  <dcterms:modified xsi:type="dcterms:W3CDTF">2025-10-31T10:20:00Z</dcterms:modified>
  <cp:category/>
</cp:coreProperties>
</file>